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מדריכי AI למורה – צעד אחר צעד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דף עבודה אינטראקטיבי ונגיש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המאפיינים של דף עבודה אינטראקטיבי ונגיש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שלבי הכנת דף כזה בסדר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כללי בטיחות ופרטיות בשימוש בדף כזה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מאפייני הדף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להקריא את הטקסט בקול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נשארת במכשיר שלו ולא נשלחת לשום מקום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אין כניסה עם שם ואין שמירת נתונים אישיים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קצב איטי יותר עוזר להבין את הטקסט טוב יותר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הקראה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הקליט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מאפיין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(קריאת הטקסט בקול בעברית)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(שינוי מהירות ההקראה)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(התלמיד שומע את עצמו קורא)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(עוזר לקרוא מילים נכון)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של השלבים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מכינים טקסט קצר, שאלות ומילים לאוצר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מדביקים את ההנחיה שמבקשת את כל היכולות הדרושות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בודקים כל כפתור בדף שנוצר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מתקנים פרטים קטנים בשיחה עם הכלי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חשיבה ותגובה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 רוב התלמידים ישתמשו בדף דרך טלפון, וצריך לוודא שהכפתורים וההקראה עובדים גם שם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הקראה, הקלטה עצמית ומשוב מיידי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שומר על פרטיות התלמיד ולא שולח מידע הלאה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קצב של כ-0.8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להדפיס את הדף ולעבור על המושגים לפני הצגת דוגמה דיגיטלית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להדגים שלב אחד בכיתה ולבקש מהתלמידים לנחש מה יקרה בלחיצה על כל כפתור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שימו לב לסמן מראש אילו שאלות מתאימות לתלמידים המתקשים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מדריכי AI למורה – צעד אחר צעד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דף עבודה אינטראקטיבי ונגיש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דף זה עוסק בדרך להפוך דף עבודה רגיל לדף אינטרנט אינטראקטיבי: תלמידים יכולים לשמוע את הטקסט בקצב שלהם, להקליט את עצמם קוראים ולקבל משוב מיידי על תשובות.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הקליט  ·  הקראה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מאפייני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תפקיד כפתור ההקראה בדף העבודה?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להקריא את הטקסט בקול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למחוק את הטקסט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לשלוח את הדף למורה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קורה להקלטה של התלמיד?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נשארת במכשיר שלו ולא נשלחת לשום מקום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נשלחת אוטומטית למורה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נשמרת באתר של המדריך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הדף דורש מהתלמידים להזין שם משתמש וסיסמה כדי להיכנס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קצב הקראה של 0.8 מתאים במיוחד לתלמידים עולים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כפתור ה__________ מאפשר לתלמיד לשמוע את הטקסט בקול בקצב שמתאים 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התלמיד יכול ל__________ את עצמו קורא ולשמוע את עצמו בחזרה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 בין מאפיין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הקראה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שינוי מהירות ההקראה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מחוון קצב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עוזר לקרוא מילים נכון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הקלטה עצמית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קריאת הטקסט בקול בעברית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ניקוד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התלמיד שומע את עצמו קורא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נכון של השלבים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מדביקים את ההנחיה שמבקשת את כל היכולות הדרושות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מתקנים פרטים קטנים בשיחה עם הכלי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מכינים טקסט קצר, שאלות ומילים לאוצר מילים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בודקים כל כפתור בדף שנוצר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חשיבה ותגובה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מדוע חשוב לבדוק את הדף בטלפון נייד ולא רק במחשב?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מהם שלושה דברים שדף עבודה אינטראקטיבי מאפשר שדף רגיל לא?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מדוע חשוב שההקלטה תישאר במכשיר התלמיד בלבד?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דף עבודה אינטראקטיבי ונגיש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