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דף עבודה אינטראקטיבי ונגיש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המאפיינים של דף עבודה אינטראקטיבי ונגיש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הכנת דף כזה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ופרטיות בשימוש בדף כזה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מאפייני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להקריא את הטקסט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נשארת במכשיר שלו ולא נשלחת לשום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לחבר בין מילה לפירוש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80 עד 150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כניסה עם שם ואין שמירת נתונים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ניקוד אוטומטי שגוי לעיתים קרובות ולכן צריך לבדוק אותו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קצב איטי יותר עוזר להבין את הטקסט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ההקלטה נשארת במכשיר של התלמיד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התלמיד לומד מהטעות ולא רק מקבל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מאפיין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(קריאת הטקסט בקול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(שינוי מהירות ההקראה)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(התלמיד שומע את עצמו 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(עוזר לקרוא מילים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(אומר מיד אם התשובה נכונה)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טקסט קצר, שאלות ומילים לאוצר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מדביקים את ההנחיה שמבקשת את כל היכולות הדרושות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כל כפתור בדף שנוצר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מתקנים פרטים קטנים בשיחה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שהעברית והניקוד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משתפים את הקישור עם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רוב התלמידים ישתמשו בדף דרך טלפון, וצריך לוודא שהכפתורים וההקראה עובדים גם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הקראה, הקלטה עצמית ומשוב מיידי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 על פרטיות התלמיד ולא שולח מידע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קצב של כ-0.8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ולעבור על המושגים לפני הצגת דוגמה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שלב אחד בכיתה ולבקש מהתלמידים לנחש מה יקרה בלחיצה על כל כפתור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לסמן מראש אילו שאלות מתאימות לתלמידים המתקשים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דף עבודה אינטראקטיבי ונגיש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עוסק בדרך להפוך דף עבודה רגיל לדף אינטרנט אינטראקטיבי: תלמידים יכולים לשמוע את הטקסט בקצב שלהם, להקליט את עצמם קוראים ולקבל משוב מיידי על תשובות.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מאפייני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כפתור ההקראה בדף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להקריא את הטקסט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את הדף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להקלטה של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נשארת במכשיר שלו ולא נשלחת לשום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נשלחת אוטומטית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נשמרת באתר של המדריך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נמחקת מיד בלי שאפשר לשמוע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כוללת הכנת דף העבודה האינטראקטיבי?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משחק ההתאמה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מילה לפירוש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אורך טקסט מומלץ לדף עבודה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עד 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500 עד 1000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עד 10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דורש מהתלמידים להזין שם משתמש וסיסמה כדי להיכנס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שנוצר אוטומטית תמיד מדויק ואין צורך לבדוק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קצב הקראה של 0.8 מתאים במיוחד לתלמידים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ההקלטה של התלמיד נשלחת לשרת כדי שהמורה תוכל לשמוע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תשובה שגויה מומלץ לתת לתלמיד לנסות שוב לפני שמראים את התשובה הנכונה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כפתור ה__________ מאפשר לתלמיד לשמוע את הטקסט בקול בקצב שמתאים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יכול ל__________ את עצמו קורא ולשמוע את עצמו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שרואים הסבר, צריך קודם ל__________ תשובה אחת מתוך האפשרויות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 ה__________ מחבר בין מילה לבין הפירוש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מאפיין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לקרוא מילים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מחוון קצב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 מיד אם התשובה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הקלטה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 מהירות ההקראה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התלמיד שומע את עצמו 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קריאת הטקסט בקול בעברית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כל כפתור בדף שנוצר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מתקנים פרטים קטנים בשיחה עם הכלי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טקסט קצר, שאלות ומילים לאוצר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שהעברית והניקוד נכונים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את הקישור עם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ההנחיה שמבקשת את כל היכולות הדרושות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לבדוק את הדף בטלפון נייד ולא רק במחשב?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דברים שדף עבודה אינטראקטיבי מאפשר שדף רגיל 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שההקלטה תישאר במכשיר התלמיד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הקצב המומלץ להקראה לתלמידים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דף עבודה אינטראקטיבי ונגיש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